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800270" w14:textId="77777777" w:rsidR="002869F0" w:rsidRDefault="002869F0">
      <w:pPr>
        <w:jc w:val="center"/>
        <w:rPr>
          <w:b/>
          <w:sz w:val="28"/>
        </w:rPr>
      </w:pPr>
    </w:p>
    <w:p w14:paraId="67958EA1" w14:textId="77777777" w:rsidR="002869F0" w:rsidRDefault="002869F0">
      <w:pPr>
        <w:jc w:val="center"/>
        <w:rPr>
          <w:b/>
          <w:sz w:val="28"/>
        </w:rPr>
      </w:pPr>
    </w:p>
    <w:p w14:paraId="2B7A2E21" w14:textId="32EA74F4" w:rsidR="002C2285" w:rsidRDefault="00000000">
      <w:pPr>
        <w:jc w:val="center"/>
      </w:pPr>
      <w:r>
        <w:rPr>
          <w:b/>
          <w:sz w:val="28"/>
        </w:rPr>
        <w:t>[Abstract title]</w:t>
      </w:r>
    </w:p>
    <w:p w14:paraId="0948655C" w14:textId="77777777" w:rsidR="002C2285" w:rsidRDefault="00000000">
      <w:pPr>
        <w:spacing w:after="40"/>
        <w:jc w:val="center"/>
      </w:pPr>
      <w:r>
        <w:t xml:space="preserve">[First Name Last Name]¹, </w:t>
      </w:r>
      <w:r>
        <w:rPr>
          <w:u w:val="single"/>
        </w:rPr>
        <w:t>[Presenting Author]</w:t>
      </w:r>
      <w:r>
        <w:t>², [First Name Last Name]¹</w:t>
      </w:r>
    </w:p>
    <w:p w14:paraId="396524D5" w14:textId="77777777" w:rsidR="002C2285" w:rsidRDefault="00000000">
      <w:pPr>
        <w:spacing w:after="220"/>
        <w:jc w:val="center"/>
      </w:pPr>
      <w:r>
        <w:rPr>
          <w:sz w:val="20"/>
        </w:rPr>
        <w:t>¹ [Department, Institution, City, Country]</w:t>
      </w:r>
      <w:r>
        <w:rPr>
          <w:sz w:val="20"/>
        </w:rPr>
        <w:br/>
        <w:t>² [Department, Institution, City, Country]</w:t>
      </w:r>
    </w:p>
    <w:p w14:paraId="7842D1DF" w14:textId="77777777" w:rsidR="002C2285" w:rsidRDefault="00000000">
      <w:r>
        <w:rPr>
          <w:b/>
        </w:rPr>
        <w:t xml:space="preserve">Keywords: </w:t>
      </w:r>
      <w:r>
        <w:t>[Keyword 1], [Keyword 2], [Keyword 3].</w:t>
      </w:r>
    </w:p>
    <w:p w14:paraId="367A57B1" w14:textId="77777777" w:rsidR="002C2285" w:rsidRDefault="00000000">
      <w:pPr>
        <w:spacing w:before="160"/>
      </w:pPr>
      <w:r>
        <w:rPr>
          <w:b/>
        </w:rPr>
        <w:t>Abstract</w:t>
      </w:r>
    </w:p>
    <w:p w14:paraId="0E82E890" w14:textId="77777777" w:rsidR="002C2285" w:rsidRDefault="00000000">
      <w:pPr>
        <w:jc w:val="both"/>
      </w:pPr>
      <w:r>
        <w:t>[Insert abstract text here. The complete abstract, including any figures, acknowledgements and references, must fit on one page. Use Helvetica 12 pt and single line spacing.]</w:t>
      </w:r>
    </w:p>
    <w:p w14:paraId="4F2085D2" w14:textId="77777777" w:rsidR="002C2285" w:rsidRDefault="00000000">
      <w:pPr>
        <w:jc w:val="both"/>
      </w:pPr>
      <w:r>
        <w:t>[Continue with the research context, objectives, methods, principal results and conclusions as appropriate.]</w:t>
      </w:r>
    </w:p>
    <w:p w14:paraId="2F5EEA7D" w14:textId="77777777" w:rsidR="002869F0" w:rsidRDefault="002869F0">
      <w:pPr>
        <w:jc w:val="both"/>
      </w:pPr>
    </w:p>
    <w:p w14:paraId="7BE1D2DD" w14:textId="77777777" w:rsidR="002869F0" w:rsidRDefault="002869F0">
      <w:pPr>
        <w:jc w:val="both"/>
      </w:pPr>
    </w:p>
    <w:p w14:paraId="7D92763E" w14:textId="77777777" w:rsidR="002869F0" w:rsidRDefault="002869F0">
      <w:pPr>
        <w:jc w:val="both"/>
      </w:pPr>
    </w:p>
    <w:p w14:paraId="04181C38" w14:textId="77777777" w:rsidR="002869F0" w:rsidRDefault="002869F0">
      <w:pPr>
        <w:jc w:val="both"/>
      </w:pPr>
    </w:p>
    <w:p w14:paraId="2DBABB42" w14:textId="77777777" w:rsidR="002C2285" w:rsidRDefault="00000000">
      <w:pPr>
        <w:spacing w:before="240"/>
        <w:jc w:val="center"/>
      </w:pPr>
      <w:r>
        <w:rPr>
          <w:i/>
          <w:color w:val="6E6E6E"/>
        </w:rPr>
        <w:t>[Optional figure — insert image here]</w:t>
      </w:r>
    </w:p>
    <w:p w14:paraId="6FAE9104" w14:textId="77777777" w:rsidR="002C2285" w:rsidRDefault="00000000">
      <w:pPr>
        <w:jc w:val="center"/>
      </w:pPr>
      <w:r>
        <w:rPr>
          <w:b/>
        </w:rPr>
        <w:t xml:space="preserve">Figure 1. </w:t>
      </w:r>
      <w:r>
        <w:t>[Brief descriptive caption for the figure.]</w:t>
      </w:r>
    </w:p>
    <w:p w14:paraId="057CFC3D" w14:textId="77777777" w:rsidR="002869F0" w:rsidRDefault="002869F0">
      <w:pPr>
        <w:jc w:val="center"/>
      </w:pPr>
    </w:p>
    <w:p w14:paraId="4B3FFDF6" w14:textId="77777777" w:rsidR="002869F0" w:rsidRDefault="002869F0">
      <w:pPr>
        <w:jc w:val="center"/>
      </w:pPr>
    </w:p>
    <w:p w14:paraId="73FE7B4B" w14:textId="77777777" w:rsidR="002869F0" w:rsidRDefault="002869F0">
      <w:pPr>
        <w:jc w:val="center"/>
      </w:pPr>
    </w:p>
    <w:p w14:paraId="4298208B" w14:textId="77777777" w:rsidR="002869F0" w:rsidRDefault="002869F0">
      <w:pPr>
        <w:jc w:val="center"/>
      </w:pPr>
    </w:p>
    <w:p w14:paraId="70E757A4" w14:textId="77777777" w:rsidR="002869F0" w:rsidRDefault="002869F0">
      <w:pPr>
        <w:jc w:val="center"/>
      </w:pPr>
    </w:p>
    <w:p w14:paraId="6567A17D" w14:textId="77777777" w:rsidR="002869F0" w:rsidRDefault="002869F0">
      <w:pPr>
        <w:jc w:val="center"/>
      </w:pPr>
    </w:p>
    <w:p w14:paraId="6A68738D" w14:textId="77777777" w:rsidR="002869F0" w:rsidRDefault="002869F0">
      <w:pPr>
        <w:jc w:val="center"/>
      </w:pPr>
    </w:p>
    <w:p w14:paraId="79981A34" w14:textId="77777777" w:rsidR="002869F0" w:rsidRDefault="002869F0">
      <w:pPr>
        <w:jc w:val="center"/>
      </w:pPr>
    </w:p>
    <w:p w14:paraId="16FE2F95" w14:textId="77777777" w:rsidR="002C2285" w:rsidRDefault="00000000">
      <w:pPr>
        <w:spacing w:before="180"/>
      </w:pPr>
      <w:r>
        <w:rPr>
          <w:b/>
        </w:rPr>
        <w:t xml:space="preserve">Acknowledgements: </w:t>
      </w:r>
      <w:r>
        <w:t>[Funding sources, grants, and acknowledgements, if applicable.]</w:t>
      </w:r>
    </w:p>
    <w:p w14:paraId="3074149D" w14:textId="77777777" w:rsidR="002C2285" w:rsidRDefault="00000000">
      <w:pPr>
        <w:spacing w:before="120"/>
      </w:pPr>
      <w:r>
        <w:rPr>
          <w:b/>
        </w:rPr>
        <w:t>References:</w:t>
      </w:r>
    </w:p>
    <w:p w14:paraId="70478853" w14:textId="77777777" w:rsidR="002C2285" w:rsidRDefault="00000000">
      <w:r>
        <w:t>[1] A. Author, B. Author, Journal Name, (Year) Volume, pages.</w:t>
      </w:r>
    </w:p>
    <w:p w14:paraId="0345C853" w14:textId="77777777" w:rsidR="002C2285" w:rsidRDefault="00000000">
      <w:r>
        <w:t>[2] C. Author, D. Author, Journal Name, (Year) Volume, pages.</w:t>
      </w:r>
    </w:p>
    <w:sectPr w:rsidR="002C2285" w:rsidSect="00034616">
      <w:headerReference w:type="default" r:id="rId8"/>
      <w:footerReference w:type="default" r:id="rId9"/>
      <w:pgSz w:w="12240" w:h="15840"/>
      <w:pgMar w:top="1037" w:right="1224" w:bottom="936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C6167C" w14:textId="77777777" w:rsidR="00F0141D" w:rsidRDefault="00F0141D">
      <w:pPr>
        <w:spacing w:after="0"/>
      </w:pPr>
      <w:r>
        <w:separator/>
      </w:r>
    </w:p>
  </w:endnote>
  <w:endnote w:type="continuationSeparator" w:id="0">
    <w:p w14:paraId="7EE47277" w14:textId="77777777" w:rsidR="00F0141D" w:rsidRDefault="00F014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DDA602" w14:textId="0DE4E59A" w:rsidR="002C2285" w:rsidRPr="002869F0" w:rsidRDefault="00000000">
    <w:pPr>
      <w:pStyle w:val="Piedepgina"/>
      <w:jc w:val="center"/>
    </w:pPr>
    <w:r w:rsidRPr="002869F0">
      <w:rPr>
        <w:color w:val="5A5A5A"/>
        <w:sz w:val="18"/>
      </w:rPr>
      <w:t xml:space="preserve">I </w:t>
    </w:r>
    <w:proofErr w:type="spellStart"/>
    <w:r w:rsidRPr="002869F0">
      <w:rPr>
        <w:color w:val="5A5A5A"/>
        <w:sz w:val="18"/>
      </w:rPr>
      <w:t>Simposio</w:t>
    </w:r>
    <w:proofErr w:type="spellEnd"/>
    <w:r w:rsidRPr="002869F0">
      <w:rPr>
        <w:color w:val="5A5A5A"/>
        <w:sz w:val="18"/>
      </w:rPr>
      <w:t xml:space="preserve"> de </w:t>
    </w:r>
    <w:proofErr w:type="spellStart"/>
    <w:r w:rsidRPr="002869F0">
      <w:rPr>
        <w:color w:val="5A5A5A"/>
        <w:sz w:val="18"/>
      </w:rPr>
      <w:t>Fotociencias</w:t>
    </w:r>
    <w:proofErr w:type="spellEnd"/>
    <w:r w:rsidRPr="002869F0">
      <w:rPr>
        <w:color w:val="5A5A5A"/>
        <w:sz w:val="18"/>
      </w:rPr>
      <w:t xml:space="preserve"> </w:t>
    </w:r>
    <w:proofErr w:type="spellStart"/>
    <w:r w:rsidRPr="002869F0">
      <w:rPr>
        <w:color w:val="5A5A5A"/>
        <w:sz w:val="18"/>
      </w:rPr>
      <w:t>Fundamentales</w:t>
    </w:r>
    <w:proofErr w:type="spellEnd"/>
    <w:r w:rsidRPr="002869F0">
      <w:rPr>
        <w:color w:val="5A5A5A"/>
        <w:sz w:val="18"/>
      </w:rPr>
      <w:t xml:space="preserve"> y </w:t>
    </w:r>
    <w:proofErr w:type="spellStart"/>
    <w:r w:rsidRPr="002869F0">
      <w:rPr>
        <w:color w:val="5A5A5A"/>
        <w:sz w:val="18"/>
      </w:rPr>
      <w:t>Aplicadas</w:t>
    </w:r>
    <w:proofErr w:type="spellEnd"/>
    <w:r w:rsidRPr="002869F0">
      <w:rPr>
        <w:color w:val="5A5A5A"/>
        <w:sz w:val="18"/>
      </w:rPr>
      <w:t xml:space="preserve"> (SFFA)</w:t>
    </w:r>
    <w:r w:rsidR="002869F0">
      <w:rPr>
        <w:color w:val="5A5A5A"/>
        <w:sz w:val="18"/>
      </w:rPr>
      <w:t>, PUC-</w:t>
    </w:r>
    <w:r w:rsidRPr="002869F0">
      <w:rPr>
        <w:color w:val="5A5A5A"/>
        <w:sz w:val="18"/>
      </w:rPr>
      <w:t>Santiago, Chile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B7EAAA" w14:textId="77777777" w:rsidR="00F0141D" w:rsidRDefault="00F0141D">
      <w:pPr>
        <w:spacing w:after="0"/>
      </w:pPr>
      <w:r>
        <w:separator/>
      </w:r>
    </w:p>
  </w:footnote>
  <w:footnote w:type="continuationSeparator" w:id="0">
    <w:p w14:paraId="65EC5BDB" w14:textId="77777777" w:rsidR="00F0141D" w:rsidRDefault="00F014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FAE5B" w14:textId="0192A8A8" w:rsidR="002869F0" w:rsidRDefault="006736B2">
    <w:pPr>
      <w:pStyle w:val="Encabezado"/>
    </w:pPr>
    <w:r w:rsidRPr="006736B2">
      <w:drawing>
        <wp:inline distT="0" distB="0" distL="0" distR="0" wp14:anchorId="7C1BFB01" wp14:editId="31E93422">
          <wp:extent cx="1738265" cy="585102"/>
          <wp:effectExtent l="0" t="0" r="0" b="0"/>
          <wp:docPr id="11025041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50413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5606" cy="617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0126692">
    <w:abstractNumId w:val="8"/>
  </w:num>
  <w:num w:numId="2" w16cid:durableId="37169934">
    <w:abstractNumId w:val="6"/>
  </w:num>
  <w:num w:numId="3" w16cid:durableId="1214318582">
    <w:abstractNumId w:val="5"/>
  </w:num>
  <w:num w:numId="4" w16cid:durableId="765808880">
    <w:abstractNumId w:val="4"/>
  </w:num>
  <w:num w:numId="5" w16cid:durableId="2067485467">
    <w:abstractNumId w:val="7"/>
  </w:num>
  <w:num w:numId="6" w16cid:durableId="1569607674">
    <w:abstractNumId w:val="3"/>
  </w:num>
  <w:num w:numId="7" w16cid:durableId="1478183738">
    <w:abstractNumId w:val="2"/>
  </w:num>
  <w:num w:numId="8" w16cid:durableId="1833795110">
    <w:abstractNumId w:val="1"/>
  </w:num>
  <w:num w:numId="9" w16cid:durableId="15882707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69F0"/>
    <w:rsid w:val="0029639D"/>
    <w:rsid w:val="002C2285"/>
    <w:rsid w:val="00326F90"/>
    <w:rsid w:val="005B33C5"/>
    <w:rsid w:val="006736B2"/>
    <w:rsid w:val="00AA1D8D"/>
    <w:rsid w:val="00AA4AAB"/>
    <w:rsid w:val="00B47730"/>
    <w:rsid w:val="00CB0664"/>
    <w:rsid w:val="00F014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20CFA"/>
  <w14:defaultImageDpi w14:val="300"/>
  <w15:docId w15:val="{DDF2AD4B-985D-3143-AD18-3BDFF2DF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40" w:lineRule="auto"/>
    </w:pPr>
    <w:rPr>
      <w:rFonts w:ascii="Helvetica" w:hAnsi="Helvetica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Carolina Aliaga</cp:lastModifiedBy>
  <cp:revision>2</cp:revision>
  <dcterms:created xsi:type="dcterms:W3CDTF">2026-10-14T14:47:00Z</dcterms:created>
  <dcterms:modified xsi:type="dcterms:W3CDTF">2026-10-14T14:47:00Z</dcterms:modified>
  <cp:category/>
</cp:coreProperties>
</file>